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Приложение Т-10</w:t>
      </w:r>
    </w:p>
    <w:p>
      <w:pPr>
        <w:jc w:val="center"/>
      </w:pPr>
      <w:r>
        <w:rPr>
          <w:b/>
          <w:sz w:val="26"/>
        </w:rPr>
        <w:t>СВЕДЕНИЯ ОБ УЧАСТНИКЕ ТЕНДЕРА</w:t>
      </w:r>
    </w:p>
    <w:p>
      <w:pPr>
        <w:jc w:val="left"/>
      </w:pPr>
      <w:r>
        <w:rPr>
          <w:b w:val="0"/>
        </w:rPr>
        <w:t>1. Ф. И. О. / наименование участника: ______________________________________________________________</w:t>
      </w:r>
    </w:p>
    <w:p>
      <w:pPr>
        <w:jc w:val="left"/>
      </w:pPr>
      <w:r>
        <w:rPr>
          <w:b w:val="0"/>
        </w:rPr>
        <w:t>2. Форма собственности: ______________________________________________________________</w:t>
      </w:r>
    </w:p>
    <w:p>
      <w:pPr>
        <w:jc w:val="left"/>
      </w:pPr>
      <w:r>
        <w:rPr>
          <w:b w:val="0"/>
        </w:rPr>
        <w:t>3. Юридический адрес: ______________________________________________________________</w:t>
      </w:r>
    </w:p>
    <w:p>
      <w:pPr>
        <w:jc w:val="left"/>
      </w:pPr>
      <w:r>
        <w:rPr>
          <w:b w:val="0"/>
        </w:rPr>
        <w:t>4. Почтовый адрес: ______________________________________________________________</w:t>
      </w:r>
    </w:p>
    <w:p>
      <w:pPr>
        <w:jc w:val="left"/>
      </w:pPr>
      <w:r>
        <w:rPr>
          <w:b w:val="0"/>
        </w:rPr>
        <w:t>5. Опыт работы в запрашиваемой сфере: ______________________________________________________________</w:t>
      </w:r>
    </w:p>
    <w:p>
      <w:pPr>
        <w:jc w:val="left"/>
      </w:pPr>
      <w:r>
        <w:rPr>
          <w:b w:val="0"/>
        </w:rPr>
        <w:t xml:space="preserve">   __________________________________________________________________________</w:t>
      </w:r>
    </w:p>
    <w:p>
      <w:pPr>
        <w:jc w:val="left"/>
      </w:pPr>
      <w:r>
        <w:rPr>
          <w:b w:val="0"/>
        </w:rPr>
        <w:t>6. Ф. И. О. руководителя, телефон, факс: ______________________________________________________________</w:t>
      </w:r>
    </w:p>
    <w:p>
      <w:pPr>
        <w:jc w:val="left"/>
      </w:pPr>
      <w:r>
        <w:rPr>
          <w:b w:val="0"/>
        </w:rPr>
        <w:t xml:space="preserve">   __________________________________________________________________________</w:t>
      </w:r>
    </w:p>
    <w:p>
      <w:pPr>
        <w:jc w:val="left"/>
      </w:pPr>
      <w:r>
        <w:rPr>
          <w:b w:val="0"/>
        </w:rPr>
        <w:t>7. Ф. И. О. исполнителя, телефон, факс: ______________________________________________________________</w:t>
      </w:r>
    </w:p>
    <w:p>
      <w:pPr>
        <w:jc w:val="left"/>
      </w:pPr>
      <w:r>
        <w:rPr>
          <w:b w:val="0"/>
        </w:rPr>
        <w:t xml:space="preserve">   __________________________________________________________________________</w:t>
      </w:r>
    </w:p>
    <w:p>
      <w:pPr>
        <w:jc w:val="left"/>
      </w:pPr>
      <w:r>
        <w:rPr>
          <w:b w:val="0"/>
        </w:rPr>
        <w:t>8. Банковские реквизиты: ______________________________________________________________</w:t>
      </w:r>
    </w:p>
    <w:p>
      <w:pPr>
        <w:jc w:val="left"/>
      </w:pPr>
      <w:r>
        <w:rPr>
          <w:b w:val="0"/>
        </w:rPr>
        <w:t xml:space="preserve">   __________________________________________________________________________</w:t>
      </w:r>
    </w:p>
    <w:p>
      <w:pPr>
        <w:jc w:val="left"/>
      </w:pPr>
      <w:r>
        <w:rPr>
          <w:b w:val="0"/>
        </w:rPr>
        <w:t>9. Наличие судебных споров за последние 12 месяцев:     да / нет</w:t>
      </w:r>
    </w:p>
    <w:p>
      <w:pPr>
        <w:jc w:val="left"/>
      </w:pPr>
      <w:r>
        <w:rPr>
          <w:b w:val="0"/>
        </w:rPr>
        <w:t>При наличии судебных споров за последние 12 месяцев укажите подробности:</w:t>
      </w:r>
    </w:p>
    <w:p>
      <w:pPr>
        <w:jc w:val="left"/>
      </w:pPr>
      <w:r>
        <w:rPr>
          <w:b w:val="0"/>
        </w:rPr>
        <w:t>Истец / Ответчик / Третье лицо (отметить нужное)</w:t>
      </w:r>
    </w:p>
    <w:p>
      <w:pPr>
        <w:jc w:val="left"/>
      </w:pPr>
      <w:r>
        <w:rPr>
          <w:b w:val="0"/>
        </w:rPr>
        <w:t>Предмет иска: ______________________________________________________________</w:t>
      </w:r>
    </w:p>
    <w:p>
      <w:pPr>
        <w:jc w:val="left"/>
      </w:pPr>
      <w:r>
        <w:rPr>
          <w:b w:val="0"/>
        </w:rPr>
        <w:t>____________________________                         ____________________      М. П.</w:t>
        <w:br/>
        <w:t>(Ф. И. О., должность)                                                 (подпись)</w:t>
      </w:r>
    </w:p>
    <w:sectPr w:rsidR="00FC693F" w:rsidRPr="0006063C" w:rsidSect="00034616">
      <w:pgSz w:w="12240" w:h="15840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