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Приложение Т-11</w:t>
      </w:r>
    </w:p>
    <w:p>
      <w:pPr>
        <w:jc w:val="center"/>
      </w:pPr>
      <w:r>
        <w:rPr>
          <w:b/>
          <w:sz w:val="26"/>
        </w:rPr>
        <w:t>ПЕРЕЧЕНЬ</w:t>
      </w:r>
    </w:p>
    <w:p>
      <w:pPr>
        <w:jc w:val="center"/>
      </w:pPr>
      <w:r>
        <w:rPr>
          <w:b w:val="0"/>
        </w:rPr>
        <w:t>кредитных организаций и других юридических лиц, с которыми участник заключал тендерные договоры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/>
                <w:sz w:val="20"/>
              </w:rPr>
              <w:t>Наименование организации</w:t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/>
                <w:sz w:val="20"/>
              </w:rPr>
              <w:t>Предмет договора</w:t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567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3969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535"/>
            <w:vAlign w:val="center"/>
          </w:tcPr>
          <w:p>
            <w:pPr>
              <w:spacing w:after="40" w:before="40"/>
            </w:pPr>
            <w:r>
              <w:rPr>
                <w:b w:val="0"/>
                <w:sz w:val="20"/>
              </w:rPr>
            </w:r>
          </w:p>
        </w:tc>
      </w:tr>
    </w:tbl>
    <w:p>
      <w:pPr>
        <w:jc w:val="left"/>
      </w:pPr>
      <w:r>
        <w:rPr>
          <w:b w:val="0"/>
        </w:rPr>
        <w:t>____________________________                         ____________________      М. П.</w:t>
        <w:br/>
        <w:t>(Ф. И. О., должность)                                                 (подпись)</w:t>
      </w:r>
    </w:p>
    <w:sectPr w:rsidR="00FC693F" w:rsidRPr="0006063C" w:rsidSect="00034616">
      <w:pgSz w:w="12240" w:h="15840"/>
      <w:pgMar w:top="1020" w:right="1077" w:bottom="96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