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Приложение Т-8</w:t>
      </w:r>
    </w:p>
    <w:p>
      <w:pPr>
        <w:jc w:val="left"/>
      </w:pPr>
      <w:r>
        <w:rPr>
          <w:b w:val="0"/>
        </w:rPr>
        <w:t>Бланк поставщика</w:t>
        <w:br/>
        <w:t>(наименование, адрес, телефон, факс)</w:t>
      </w:r>
    </w:p>
    <w:p>
      <w:pPr>
        <w:jc w:val="left"/>
      </w:pPr>
      <w:r>
        <w:rPr>
          <w:b w:val="0"/>
        </w:rPr>
        <w:t>№ _______     дата ______________</w:t>
      </w:r>
    </w:p>
    <w:p>
      <w:pPr>
        <w:jc w:val="left"/>
      </w:pPr>
      <w:r>
        <w:rPr>
          <w:b w:val="0"/>
        </w:rPr>
        <w:t>В ЗАО БАНК «ИМОН ИНТЕРНЕШНЛ»</w:t>
      </w:r>
    </w:p>
    <w:p>
      <w:pPr>
        <w:jc w:val="center"/>
      </w:pPr>
      <w:r>
        <w:rPr>
          <w:b/>
          <w:sz w:val="26"/>
        </w:rPr>
        <w:t>ТЕНДЕРНАЯ ЗАЯВКА</w:t>
      </w:r>
    </w:p>
    <w:p>
      <w:pPr>
        <w:jc w:val="center"/>
      </w:pPr>
      <w:r>
        <w:rPr>
          <w:b w:val="0"/>
        </w:rPr>
        <w:t>на _________________________________________________________</w:t>
      </w:r>
    </w:p>
    <w:p>
      <w:pPr>
        <w:jc w:val="center"/>
      </w:pPr>
      <w:r>
        <w:rPr>
          <w:b w:val="0"/>
        </w:rPr>
        <w:t>(наименование товаров, услуг, работ)</w:t>
      </w:r>
    </w:p>
    <w:p>
      <w:pPr>
        <w:jc w:val="left"/>
      </w:pPr>
      <w:r>
        <w:rPr>
          <w:b w:val="0"/>
        </w:rPr>
        <w:t>Мы, нижеподписавшиеся, предлагаем ЗАО БАНКУ «ИМОН ИНТЕРНЕШНЛ»:</w:t>
      </w:r>
    </w:p>
    <w:p>
      <w:pPr>
        <w:jc w:val="left"/>
      </w:pPr>
      <w:r>
        <w:rPr>
          <w:b w:val="0"/>
        </w:rPr>
        <w:t>________________________________________________________________________</w:t>
      </w:r>
    </w:p>
    <w:p>
      <w:pPr>
        <w:jc w:val="center"/>
      </w:pPr>
      <w:r>
        <w:rPr>
          <w:b w:val="0"/>
        </w:rPr>
        <w:t>(наименование товаров, услуг, работ)</w:t>
      </w:r>
    </w:p>
    <w:p>
      <w:pPr>
        <w:jc w:val="left"/>
      </w:pPr>
      <w:r>
        <w:rPr>
          <w:b w:val="0"/>
        </w:rPr>
        <w:t>на сумму __________________ сомони (прописью), включая НДС.</w:t>
      </w:r>
    </w:p>
    <w:p>
      <w:pPr>
        <w:jc w:val="left"/>
      </w:pPr>
      <w:r>
        <w:rPr>
          <w:b w:val="0"/>
        </w:rPr>
        <w:t>К заявке прилагаются следующие документы:</w:t>
      </w:r>
    </w:p>
    <w:p>
      <w:pPr>
        <w:spacing w:after="40"/>
      </w:pPr>
      <w:r>
        <w:t>☐ 1. Таблица цен (форма № Т-9);</w:t>
      </w:r>
    </w:p>
    <w:p>
      <w:pPr>
        <w:spacing w:after="40"/>
      </w:pPr>
      <w:r>
        <w:t>☐ 2. Сведения (анкета) об участнике тендера (форма № Т-10);</w:t>
      </w:r>
    </w:p>
    <w:p>
      <w:pPr>
        <w:spacing w:after="40"/>
      </w:pPr>
      <w:r>
        <w:t>☐ 3. Перечень кредитных организаций, с которыми участник тендера заключал тендерные договоры (форма № Т-11);</w:t>
      </w:r>
    </w:p>
    <w:p>
      <w:pPr>
        <w:spacing w:after="40"/>
      </w:pPr>
      <w:r>
        <w:t>☐ 4. Копия свидетельства о государственной регистрации юридического лица или индивидуального предпринимателя;</w:t>
      </w:r>
    </w:p>
    <w:p>
      <w:pPr>
        <w:spacing w:after="40"/>
      </w:pPr>
      <w:r>
        <w:t>☐ 5. Выписка из Единого государственного реестра юридических лиц и индивидуальных предпринимателей;</w:t>
      </w:r>
    </w:p>
    <w:p>
      <w:pPr>
        <w:spacing w:after="40"/>
      </w:pPr>
      <w:r>
        <w:t>☐ 6. Копия свидетельства о присвоении идентификационного номера налогоплательщика (ИНН);</w:t>
      </w:r>
    </w:p>
    <w:p>
      <w:pPr>
        <w:spacing w:after="40"/>
      </w:pPr>
      <w:r>
        <w:t>☐ 7. Копия паспорта руководителя юридического лица или индивидуального предпринимателя;</w:t>
      </w:r>
    </w:p>
    <w:p>
      <w:pPr>
        <w:spacing w:after="40"/>
      </w:pPr>
      <w:r>
        <w:t>☐ 8. Копия справки о финансовом состоянии за последний год (форма № Т-12);</w:t>
      </w:r>
    </w:p>
    <w:p>
      <w:pPr>
        <w:spacing w:after="40"/>
      </w:pPr>
      <w:r>
        <w:t>☐ 9. Копии рекомендательных писем;</w:t>
      </w:r>
    </w:p>
    <w:p>
      <w:pPr>
        <w:spacing w:after="40"/>
      </w:pPr>
      <w:r>
        <w:t>☐ 10. Копии разрешительных документов (лицензии, сертификаты на товары и другие документы, связанные с осуществляемой деятельностью).</w:t>
      </w:r>
    </w:p>
    <w:p>
      <w:pPr>
        <w:jc w:val="left"/>
      </w:pPr>
      <w:r>
        <w:rPr>
          <w:b w:val="0"/>
        </w:rPr>
        <w:t>(По всем документам необходимо указать количество листов и экземпляров.)</w:t>
      </w:r>
    </w:p>
    <w:p>
      <w:pPr>
        <w:jc w:val="left"/>
      </w:pPr>
      <w:r>
        <w:rPr>
          <w:b w:val="0"/>
        </w:rPr>
        <w:t>Мы обязуемся предоставить любые сведения, которые Вы сочтёте необходимыми для проверки информации, указанной в тендерной заявке, а также нашего опыта и квалификации.</w:t>
      </w:r>
    </w:p>
    <w:p>
      <w:pPr>
        <w:jc w:val="left"/>
      </w:pPr>
      <w:r>
        <w:rPr>
          <w:b w:val="0"/>
        </w:rPr>
        <w:t>Нам известно, что Вы вправе до подведения итогов тендера прекратить тендерную процедуру и отклонить все заявки без возникновения какой-либо ответственности.</w:t>
      </w:r>
    </w:p>
    <w:p>
      <w:pPr>
        <w:jc w:val="left"/>
      </w:pPr>
      <w:r>
        <w:rPr>
          <w:b w:val="0"/>
        </w:rPr>
        <w:t>Настоящим сообщаем, что наша компания не участвовала в судебных спорах за последние 12 месяцев.</w:t>
      </w:r>
    </w:p>
    <w:p>
      <w:pPr>
        <w:jc w:val="left"/>
      </w:pPr>
      <w:r>
        <w:rPr>
          <w:b w:val="0"/>
        </w:rPr>
        <w:t>____________________________                         ____________________</w:t>
        <w:br/>
        <w:t>(Ф. И. О., должность)                                          (подпись, печать)</w:t>
      </w:r>
    </w:p>
    <w:sectPr w:rsidR="00FC693F" w:rsidRPr="0006063C" w:rsidSect="00034616">
      <w:pgSz w:w="12240" w:h="15840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