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Приложение Т-9</w:t>
      </w:r>
    </w:p>
    <w:p>
      <w:pPr>
        <w:jc w:val="center"/>
      </w:pPr>
      <w:r>
        <w:rPr>
          <w:b/>
          <w:sz w:val="26"/>
        </w:rPr>
        <w:t>ТАБЛИЦА ЦЕН</w:t>
      </w:r>
    </w:p>
    <w:p>
      <w:pPr>
        <w:jc w:val="center"/>
      </w:pPr>
      <w:r>
        <w:rPr>
          <w:b w:val="0"/>
        </w:rPr>
        <w:t>на закупаемые товары</w:t>
      </w:r>
    </w:p>
    <w:p>
      <w:pPr>
        <w:jc w:val="center"/>
      </w:pPr>
      <w:r>
        <w:rPr>
          <w:b w:val="0"/>
        </w:rPr>
        <w:t>____________________________________________________</w:t>
      </w:r>
    </w:p>
    <w:p>
      <w:pPr>
        <w:jc w:val="center"/>
      </w:pPr>
      <w:r>
        <w:rPr>
          <w:b w:val="0"/>
        </w:rPr>
        <w:t>(наименование поставщика)</w:t>
      </w:r>
    </w:p>
    <w:p>
      <w:pPr>
        <w:jc w:val="left"/>
      </w:pPr>
      <w:r>
        <w:rPr>
          <w:b w:val="0"/>
        </w:rPr>
        <w:t>Цены указаны с учётом НДС.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8"/>
        <w:gridCol w:w="1468"/>
        <w:gridCol w:w="1468"/>
        <w:gridCol w:w="1468"/>
        <w:gridCol w:w="1468"/>
        <w:gridCol w:w="1468"/>
        <w:gridCol w:w="1468"/>
        <w:gridCol w:w="1468"/>
        <w:gridCol w:w="1468"/>
        <w:gridCol w:w="1468"/>
      </w:tblGrid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Наименование товара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Вид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Количество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Цена за единицу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Условия оплаты (30%)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Сумма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Срок поставки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Гарантийный срок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/>
                <w:sz w:val="16"/>
              </w:rPr>
              <w:t>Регион поставки</w:t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  <w:tc>
          <w:tcPr>
            <w:tcW w:type="dxa" w:w="1468"/>
            <w:vAlign w:val="center"/>
          </w:tcPr>
          <w:p>
            <w:pPr>
              <w:spacing w:after="40" w:before="40"/>
            </w:pPr>
            <w:r>
              <w:rPr>
                <w:b w:val="0"/>
                <w:sz w:val="16"/>
              </w:rPr>
            </w:r>
          </w:p>
        </w:tc>
      </w:tr>
    </w:tbl>
    <w:p>
      <w:pPr>
        <w:jc w:val="left"/>
      </w:pPr>
      <w:r>
        <w:rPr>
          <w:b w:val="0"/>
        </w:rPr>
        <w:t>___________________________________ (Ф. И. О., должность)                       М. П.</w:t>
      </w:r>
    </w:p>
    <w:sectPr w:rsidR="00FC693F" w:rsidRPr="0006063C" w:rsidSect="00034616">
      <w:pgSz w:w="16838" w:h="11906" w:orient="landscape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